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Algemene voorwaarden – Lumina Skin &amp; Beauty</w:t>
      </w:r>
    </w:p>
    <w:p>
      <w:r>
        <w:t>Welkom bij Lumina Skin &amp; Beauty. Hieronder vindt u onze algemene voorwaarden. Door een afspraak te maken, gaat u automatisch akkoord met deze voorwaarden. Lees deze zorgvuldig door, zodat u weet wat u kunt verwachten en wat er van u wordt verwacht.</w:t>
      </w:r>
    </w:p>
    <w:p/>
    <w:p>
      <w:r>
        <w:t>1. Algemeen</w:t>
      </w:r>
    </w:p>
    <w:p>
      <w:r>
        <w:t>1.1 Deze algemene voorwaarden zijn van toepassing op alle diensten, behandelingen en producten die worden aangeboden door Lumina Skin &amp; Beauty.</w:t>
      </w:r>
    </w:p>
    <w:p>
      <w:r>
        <w:t>1.2 Door het maken van een afspraak of het afnemen van een dienst, gaat de klant akkoord met deze voorwaarden.</w:t>
      </w:r>
    </w:p>
    <w:p/>
    <w:p>
      <w:r>
        <w:t>2. Afspraak en annulering</w:t>
      </w:r>
    </w:p>
    <w:p>
      <w:r>
        <w:t>2.1 Afspraken kunnen telefonisch, via de website of via het boekingssysteem worden gemaakt.</w:t>
      </w:r>
    </w:p>
    <w:p>
      <w:r>
        <w:t>2.2 Annuleringen of wijzigingen dienen minimaal 24 uur van tevoren te gebeuren. Bij late annulering of no-show behoudt Lumina Skin &amp; Beauty zich het recht voor een vergoeding van 50-100% van de behandeling in rekening te brengen.</w:t>
      </w:r>
    </w:p>
    <w:p>
      <w:r>
        <w:t>2.3 Bij herhaaldelijk niet verschijnen kan de salon besluiten toekomstige afspraken te weigeren.</w:t>
      </w:r>
    </w:p>
    <w:p/>
    <w:p>
      <w:r>
        <w:t>3. Betaling</w:t>
      </w:r>
    </w:p>
    <w:p>
      <w:r>
        <w:t>3.1 Betaling dient direct na de behandeling te geschieden, tenzij anders overeengekomen.</w:t>
      </w:r>
    </w:p>
    <w:p>
      <w:r>
        <w:t>3.2 Lumina Skin &amp; Beauty accepteert contant, pin en vooraf overeengekomen digitale betalingen.</w:t>
      </w:r>
    </w:p>
    <w:p>
      <w:r>
        <w:t>3.3 Bij niet-betaling behoudt de salon zich het recht voor incassomaatregelen te treffen.</w:t>
      </w:r>
    </w:p>
    <w:p/>
    <w:p>
      <w:r>
        <w:t>4. Behandelingen</w:t>
      </w:r>
    </w:p>
    <w:p>
      <w:r>
        <w:t>4.1 Lumina Skin &amp; Beauty biedt schoonheidsbehandelingen aan volgens professionele standaarden.</w:t>
      </w:r>
    </w:p>
    <w:p>
      <w:r>
        <w:t>4.2 Resultaten kunnen variëren per persoon; garanties kunnen niet worden gegeven.</w:t>
      </w:r>
    </w:p>
    <w:p>
      <w:r>
        <w:t>4.3 Het is de verantwoordelijkheid van de klant om vooraf relevante medische informatie of huidgevoeligheden te melden.</w:t>
      </w:r>
    </w:p>
    <w:p>
      <w:r>
        <w:t>4.4 Bij behandelingen zoals wimperextensions, lash lifts, brow lamination of BIAB kan schade ontstaan aan natuurlijke haren of nagels; Lumina Skin &amp; Beauty is niet aansprakelijk bij correcte uitvoering volgens professioneel gebruik.</w:t>
      </w:r>
    </w:p>
    <w:p/>
    <w:p>
      <w:r>
        <w:t>5. Gezondheid en veiligheid</w:t>
      </w:r>
    </w:p>
    <w:p>
      <w:r>
        <w:t>5.1 Klanten dienen te zorgen dat zij gezond zijn en geen besmettelijke ziekten hebben op het moment van de behandeling.</w:t>
      </w:r>
    </w:p>
    <w:p>
      <w:r>
        <w:t>5.2 Lumina Skin &amp; Beauty behoudt zich het recht voor om een behandeling te weigeren indien de gezondheid of veiligheid van de klant of behandelaar in gevaar kan komen.</w:t>
      </w:r>
    </w:p>
    <w:p>
      <w:r>
        <w:t>5.3 Allergieën of huidproblemen dienen altijd vooraf te worden gemeld; Lumina Skin &amp; Beauty is niet aansprakelijk bij het niet melden hiervan door de klant.</w:t>
      </w:r>
    </w:p>
    <w:p/>
    <w:p>
      <w:r>
        <w:t>6. Producten en verkochte goederen</w:t>
      </w:r>
    </w:p>
    <w:p>
      <w:r>
        <w:t>6.1 Producten verkocht in de salon mogen uitsluitend worden gebruikt volgens de instructies.</w:t>
      </w:r>
    </w:p>
    <w:p>
      <w:r>
        <w:t>6.2 Retourneren of ruilen is alleen mogelijk indien het product ongebruikt en in originele verpakking is.</w:t>
      </w:r>
    </w:p>
    <w:p/>
    <w:p>
      <w:r>
        <w:t>7. Aansprakelijkheid</w:t>
      </w:r>
    </w:p>
    <w:p>
      <w:r>
        <w:t>7.1 Lumina Skin &amp; Beauty is niet aansprakelijk voor schade die ontstaat door onjuist gebruik van producten, het niet opvolgen van nazorginstructies, of door nalatigheid van de klant.</w:t>
      </w:r>
    </w:p>
    <w:p>
      <w:r>
        <w:t>7.2 Lumina Skin &amp; Beauty is niet verantwoordelijk voor verlies, diefstal of beschadiging van persoonlijke eigendommen van klanten.</w:t>
      </w:r>
    </w:p>
    <w:p>
      <w:r>
        <w:t>7.3 Aansprakelijkheid is in alle gevallen beperkt tot het bedrag van de behandeling of het product dat de schade heeft veroorzaakt.</w:t>
      </w:r>
    </w:p>
    <w:p/>
    <w:p>
      <w:r>
        <w:t>8. Foto’s en social media</w:t>
      </w:r>
    </w:p>
    <w:p>
      <w:r>
        <w:t>8.1 Lumina Skin &amp; Beauty behoudt zich het recht voor foto’s van behandelingen en resultaten te gebruiken voor promotie, tenzij de klant hier expliciet bezwaar tegen maakt.</w:t>
      </w:r>
    </w:p>
    <w:p/>
    <w:p>
      <w:r>
        <w:t>9. Klachten</w:t>
      </w:r>
    </w:p>
    <w:p>
      <w:r>
        <w:t>9.1 Klachten dienen binnen 7 dagen na de behandeling schriftelijk of per e-mail te worden gemeld.</w:t>
      </w:r>
    </w:p>
    <w:p>
      <w:r>
        <w:t>9.2 Lumina Skin &amp; Beauty zal in redelijkheid een oplossing bieden, zoals correctie of vergoeding, afhankelijk van de situatie.</w:t>
      </w:r>
    </w:p>
    <w:p/>
    <w:p>
      <w:r>
        <w:t>10. Terugbetaling</w:t>
      </w:r>
    </w:p>
    <w:p>
      <w:r>
        <w:t>10.1 Reeds uitgevoerde behandelingen worden niet terugbetaald.</w:t>
      </w:r>
    </w:p>
    <w:p>
      <w:r>
        <w:t>10.2 Indien een klant niet tevreden is over het resultaat, dient dit binnen 7 dagen na de behandeling te worden gemeld.</w:t>
      </w:r>
    </w:p>
    <w:p>
      <w:r>
        <w:t>10.3 Lumina Skin &amp; Beauty zal de klacht beoordelen en, indien redelijk, een passende oplossing aanbieden, zoals een kosteloze correctiebehandeling of een (gedeeltelijke) vergoeding indien dit passend wordt geacht.</w:t>
      </w:r>
    </w:p>
    <w:p>
      <w:r>
        <w:t>10.4 Het recht op een correctiebehandeling of eventuele tegemoetkoming is uitsluitend ter beoordeling van Lumina Skin &amp; Beauty, met inachtneming van de wettelijke rechten van consumenten.</w:t>
      </w:r>
    </w:p>
    <w:p/>
    <w:p>
      <w:r>
        <w:t>11. Overmacht</w:t>
      </w:r>
    </w:p>
    <w:p>
      <w:r>
        <w:t>11.1 In geval van overmacht (brand, ziekte, storm, pandemie, etc.) kan Lumina Skin &amp; Beauty afspraken verzetten of annuleren zonder aansprakelijkheid.</w:t>
      </w:r>
    </w:p>
    <w:p/>
    <w:p>
      <w:r>
        <w:t>12. Privacy</w:t>
      </w:r>
    </w:p>
    <w:p>
      <w:r>
        <w:t>12.1 Persoonsgegevens van klanten worden vertrouwelijk behandeld en alleen gebruikt voor het maken van afspraken, facturatie en klantcontact.</w:t>
      </w:r>
    </w:p>
    <w:p>
      <w:r>
        <w:t>12.2 Gegevens worden niet gedeeld met derden zonder toestemming van de klant, tenzij wettelijk verplicht.</w:t>
      </w:r>
    </w:p>
    <w:p/>
    <w:p>
      <w:r>
        <w:t>13. Toepasselijk recht</w:t>
      </w:r>
    </w:p>
    <w:p>
      <w:r>
        <w:t>13.1 Op deze voorwaarden en alle overeenkomsten is het Nederlands recht van toepassing.</w:t>
      </w:r>
    </w:p>
    <w:p>
      <w:r>
        <w:t>13.2 Geschillen worden in eerste instantie in onderling overleg opgelost; indien nodig worden zij voorgelegd aan de bevoegde rechter.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